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9454D" w14:textId="31478E26" w:rsidR="00E2650B" w:rsidRPr="00525FBA" w:rsidRDefault="00000000" w:rsidP="00525FBA">
      <w:pPr>
        <w:pStyle w:val="Ttulo1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88205B">
        <w:rPr>
          <w:rFonts w:ascii="Arial" w:hAnsi="Arial" w:cs="Arial"/>
          <w:color w:val="auto"/>
          <w:sz w:val="24"/>
          <w:szCs w:val="24"/>
        </w:rPr>
        <w:t>ANEXO III</w:t>
      </w:r>
      <w:r w:rsidRPr="00525FBA">
        <w:rPr>
          <w:rFonts w:ascii="Arial" w:hAnsi="Arial" w:cs="Arial"/>
          <w:sz w:val="24"/>
          <w:szCs w:val="24"/>
        </w:rPr>
        <w:br/>
      </w:r>
      <w:r w:rsidRPr="00525FBA">
        <w:rPr>
          <w:rFonts w:ascii="Arial" w:hAnsi="Arial" w:cs="Arial"/>
          <w:color w:val="auto"/>
          <w:sz w:val="24"/>
          <w:szCs w:val="24"/>
        </w:rPr>
        <w:t>CARTA DE COMPROMISSO DE DISPONIBILIDADE DE TEMPO</w:t>
      </w:r>
    </w:p>
    <w:p w14:paraId="2699112D" w14:textId="77777777" w:rsidR="00525FBA" w:rsidRPr="00525FBA" w:rsidRDefault="00525FBA" w:rsidP="00525FBA">
      <w:pPr>
        <w:spacing w:line="240" w:lineRule="auto"/>
      </w:pPr>
    </w:p>
    <w:p w14:paraId="5F846D52" w14:textId="08F2C18A" w:rsidR="00E2650B" w:rsidRPr="00525FBA" w:rsidRDefault="00000000" w:rsidP="00525FBA">
      <w:pPr>
        <w:spacing w:line="240" w:lineRule="auto"/>
        <w:rPr>
          <w:rFonts w:ascii="Arial" w:hAnsi="Arial" w:cs="Arial"/>
          <w:sz w:val="24"/>
          <w:szCs w:val="24"/>
        </w:rPr>
      </w:pPr>
      <w:r w:rsidRPr="00525FBA">
        <w:rPr>
          <w:rFonts w:ascii="Arial" w:hAnsi="Arial" w:cs="Arial"/>
          <w:sz w:val="24"/>
          <w:szCs w:val="24"/>
        </w:rPr>
        <w:t>À Associação Pró-Gestão das Águas da Bacia Hidrográfica do Rio Paraíba do Sul</w:t>
      </w:r>
      <w:r w:rsidR="00525FBA">
        <w:rPr>
          <w:rFonts w:ascii="Arial" w:hAnsi="Arial" w:cs="Arial"/>
          <w:sz w:val="24"/>
          <w:szCs w:val="24"/>
        </w:rPr>
        <w:t xml:space="preserve"> - AGEVAP</w:t>
      </w:r>
      <w:r w:rsidRPr="00525FBA">
        <w:rPr>
          <w:rFonts w:ascii="Arial" w:hAnsi="Arial" w:cs="Arial"/>
          <w:sz w:val="24"/>
          <w:szCs w:val="24"/>
        </w:rPr>
        <w:br/>
      </w:r>
      <w:r w:rsidRPr="00525FBA">
        <w:rPr>
          <w:rFonts w:ascii="Arial" w:hAnsi="Arial" w:cs="Arial"/>
          <w:sz w:val="24"/>
          <w:szCs w:val="24"/>
        </w:rPr>
        <w:br/>
        <w:t>Eu,_______________________________,nacionalidade</w:t>
      </w:r>
      <w:r w:rsidR="00525FBA">
        <w:rPr>
          <w:rFonts w:ascii="Arial" w:hAnsi="Arial" w:cs="Arial"/>
          <w:sz w:val="24"/>
          <w:szCs w:val="24"/>
        </w:rPr>
        <w:t>_________</w:t>
      </w:r>
      <w:r w:rsidRPr="00525FBA">
        <w:rPr>
          <w:rFonts w:ascii="Arial" w:hAnsi="Arial" w:cs="Arial"/>
          <w:sz w:val="24"/>
          <w:szCs w:val="24"/>
        </w:rPr>
        <w:t>__________,estado civil ________</w:t>
      </w:r>
      <w:r w:rsidR="00525FBA">
        <w:rPr>
          <w:rFonts w:ascii="Arial" w:hAnsi="Arial" w:cs="Arial"/>
          <w:sz w:val="24"/>
          <w:szCs w:val="24"/>
        </w:rPr>
        <w:t>___</w:t>
      </w:r>
      <w:r w:rsidRPr="00525FBA">
        <w:rPr>
          <w:rFonts w:ascii="Arial" w:hAnsi="Arial" w:cs="Arial"/>
          <w:sz w:val="24"/>
          <w:szCs w:val="24"/>
        </w:rPr>
        <w:t>__,profissão ____</w:t>
      </w:r>
      <w:r w:rsidR="00525FBA">
        <w:rPr>
          <w:rFonts w:ascii="Arial" w:hAnsi="Arial" w:cs="Arial"/>
          <w:sz w:val="24"/>
          <w:szCs w:val="24"/>
        </w:rPr>
        <w:t>___________</w:t>
      </w:r>
      <w:r w:rsidRPr="00525FBA">
        <w:rPr>
          <w:rFonts w:ascii="Arial" w:hAnsi="Arial" w:cs="Arial"/>
          <w:sz w:val="24"/>
          <w:szCs w:val="24"/>
        </w:rPr>
        <w:t>______, portador(a) do RG nº __________</w:t>
      </w:r>
      <w:r w:rsidR="00525FBA">
        <w:rPr>
          <w:rFonts w:ascii="Arial" w:hAnsi="Arial" w:cs="Arial"/>
          <w:sz w:val="24"/>
          <w:szCs w:val="24"/>
        </w:rPr>
        <w:t>________</w:t>
      </w:r>
      <w:r w:rsidRPr="00525FBA">
        <w:rPr>
          <w:rFonts w:ascii="Arial" w:hAnsi="Arial" w:cs="Arial"/>
          <w:sz w:val="24"/>
          <w:szCs w:val="24"/>
        </w:rPr>
        <w:t>e CPF nº _______</w:t>
      </w:r>
      <w:r w:rsidR="00525FBA">
        <w:rPr>
          <w:rFonts w:ascii="Arial" w:hAnsi="Arial" w:cs="Arial"/>
          <w:sz w:val="24"/>
          <w:szCs w:val="24"/>
        </w:rPr>
        <w:t>____</w:t>
      </w:r>
      <w:r w:rsidRPr="00525FBA">
        <w:rPr>
          <w:rFonts w:ascii="Arial" w:hAnsi="Arial" w:cs="Arial"/>
          <w:sz w:val="24"/>
          <w:szCs w:val="24"/>
        </w:rPr>
        <w:t>___, candidato(a) à vaga de Membro do Conselho Fiscal da AGEVAP, DECLARO, para os devidos fins, que:</w:t>
      </w:r>
      <w:r w:rsidRPr="00525FBA">
        <w:rPr>
          <w:rFonts w:ascii="Arial" w:hAnsi="Arial" w:cs="Arial"/>
          <w:sz w:val="24"/>
          <w:szCs w:val="24"/>
        </w:rPr>
        <w:br/>
      </w:r>
    </w:p>
    <w:p w14:paraId="7662C52B" w14:textId="77777777" w:rsidR="00E2650B" w:rsidRPr="00525FBA" w:rsidRDefault="00000000" w:rsidP="00525FB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25FBA">
        <w:rPr>
          <w:rFonts w:ascii="Arial" w:hAnsi="Arial" w:cs="Arial"/>
          <w:sz w:val="24"/>
          <w:szCs w:val="24"/>
        </w:rPr>
        <w:t>1. Tenho ciência das atribuições, responsabilidades e competências inerentes ao cargo de Membro do Conselho Fiscal da AGEVAP, previstas em seu Estatuto Social, Regimento Interno e demais normas aplicáveis.</w:t>
      </w:r>
    </w:p>
    <w:p w14:paraId="4632EF6B" w14:textId="77777777" w:rsidR="00E2650B" w:rsidRPr="00525FBA" w:rsidRDefault="00000000" w:rsidP="00525FB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25FBA">
        <w:rPr>
          <w:rFonts w:ascii="Arial" w:hAnsi="Arial" w:cs="Arial"/>
          <w:sz w:val="24"/>
          <w:szCs w:val="24"/>
        </w:rPr>
        <w:t>2. Comprometo-me a disponibilizar o tempo necessário para o exercício das atividades do Conselho Fiscal durante todo o mandato, caso seja eleito(a), participando das reuniões ordinárias, extraordinárias, análises de documentos, demonstrações contábeis, relatórios, pareceres e demais atividades inerentes ao órgão.</w:t>
      </w:r>
    </w:p>
    <w:p w14:paraId="2B17ABD2" w14:textId="77777777" w:rsidR="00E2650B" w:rsidRPr="00525FBA" w:rsidRDefault="00000000" w:rsidP="00525FB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25FBA">
        <w:rPr>
          <w:rFonts w:ascii="Arial" w:hAnsi="Arial" w:cs="Arial"/>
          <w:sz w:val="24"/>
          <w:szCs w:val="24"/>
        </w:rPr>
        <w:t>3. Declaro estar ciente de que a participação nas reuniões poderá ocorrer de forma presencial, híbrida ou por videoconferência, conforme convocação e normas internas da AGEVAP.</w:t>
      </w:r>
    </w:p>
    <w:p w14:paraId="462769DC" w14:textId="77777777" w:rsidR="00E2650B" w:rsidRPr="00525FBA" w:rsidRDefault="00000000" w:rsidP="00525FB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25FBA">
        <w:rPr>
          <w:rFonts w:ascii="Arial" w:hAnsi="Arial" w:cs="Arial"/>
          <w:sz w:val="24"/>
          <w:szCs w:val="24"/>
        </w:rPr>
        <w:t>4. Comprometo-me a comunicar tempestivamente qualquer fato que possa comprometer minha disponibilidade para o adequado desempenho das funções.</w:t>
      </w:r>
    </w:p>
    <w:p w14:paraId="7114FD34" w14:textId="77777777" w:rsidR="00E2650B" w:rsidRPr="00525FBA" w:rsidRDefault="00000000" w:rsidP="00525FB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25FBA">
        <w:rPr>
          <w:rFonts w:ascii="Arial" w:hAnsi="Arial" w:cs="Arial"/>
          <w:sz w:val="24"/>
          <w:szCs w:val="24"/>
        </w:rPr>
        <w:t>5. Declaro que as informações constantes nesta carta são verdadeiras e assumo inteira responsabilidade por seu conteúdo.</w:t>
      </w:r>
    </w:p>
    <w:p w14:paraId="4D429D64" w14:textId="77777777" w:rsidR="00E2650B" w:rsidRPr="00525FBA" w:rsidRDefault="00000000" w:rsidP="00525FB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25FBA">
        <w:rPr>
          <w:rFonts w:ascii="Arial" w:hAnsi="Arial" w:cs="Arial"/>
          <w:sz w:val="24"/>
          <w:szCs w:val="24"/>
        </w:rPr>
        <w:br/>
        <w:t>Por ser expressão da verdade, firmo a presente Carta de Compromisso.</w:t>
      </w:r>
      <w:r w:rsidRPr="00525FBA">
        <w:rPr>
          <w:rFonts w:ascii="Arial" w:hAnsi="Arial" w:cs="Arial"/>
          <w:sz w:val="24"/>
          <w:szCs w:val="24"/>
        </w:rPr>
        <w:br/>
      </w:r>
    </w:p>
    <w:p w14:paraId="0F9CD594" w14:textId="61FAF253" w:rsidR="00E2650B" w:rsidRPr="00525FBA" w:rsidRDefault="00000000" w:rsidP="00525FB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25FBA">
        <w:rPr>
          <w:rFonts w:ascii="Arial" w:hAnsi="Arial" w:cs="Arial"/>
          <w:sz w:val="24"/>
          <w:szCs w:val="24"/>
        </w:rPr>
        <w:t>______________________, _____ de __________________ de ________.</w:t>
      </w:r>
      <w:r w:rsidRPr="00525FBA">
        <w:rPr>
          <w:rFonts w:ascii="Arial" w:hAnsi="Arial" w:cs="Arial"/>
          <w:sz w:val="24"/>
          <w:szCs w:val="24"/>
        </w:rPr>
        <w:br/>
      </w:r>
    </w:p>
    <w:p w14:paraId="0EBA56DA" w14:textId="5AFA05F1" w:rsidR="00E2650B" w:rsidRPr="00525FBA" w:rsidRDefault="00000000" w:rsidP="00525FB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25FBA">
        <w:rPr>
          <w:rFonts w:ascii="Arial" w:hAnsi="Arial" w:cs="Arial"/>
          <w:sz w:val="24"/>
          <w:szCs w:val="24"/>
        </w:rPr>
        <w:t>__________________________________________</w:t>
      </w:r>
      <w:r w:rsidRPr="00525FBA">
        <w:rPr>
          <w:rFonts w:ascii="Arial" w:hAnsi="Arial" w:cs="Arial"/>
          <w:sz w:val="24"/>
          <w:szCs w:val="24"/>
        </w:rPr>
        <w:br/>
        <w:t>Nome</w:t>
      </w:r>
      <w:r w:rsidR="00525FBA">
        <w:rPr>
          <w:rFonts w:ascii="Arial" w:hAnsi="Arial" w:cs="Arial"/>
          <w:sz w:val="24"/>
          <w:szCs w:val="24"/>
        </w:rPr>
        <w:t xml:space="preserve"> </w:t>
      </w:r>
      <w:r w:rsidRPr="00525FBA">
        <w:rPr>
          <w:rFonts w:ascii="Arial" w:hAnsi="Arial" w:cs="Arial"/>
          <w:sz w:val="24"/>
          <w:szCs w:val="24"/>
        </w:rPr>
        <w:t>do(a) Candidato(a)</w:t>
      </w:r>
      <w:r w:rsidRPr="00525FBA">
        <w:rPr>
          <w:rFonts w:ascii="Arial" w:hAnsi="Arial" w:cs="Arial"/>
          <w:sz w:val="24"/>
          <w:szCs w:val="24"/>
        </w:rPr>
        <w:br/>
      </w:r>
      <w:r w:rsidRPr="00525FBA">
        <w:rPr>
          <w:rFonts w:ascii="Arial" w:hAnsi="Arial" w:cs="Arial"/>
          <w:sz w:val="24"/>
          <w:szCs w:val="24"/>
        </w:rPr>
        <w:br/>
        <w:t>CPF: ______________________________</w:t>
      </w:r>
      <w:r w:rsidRPr="00525FBA">
        <w:rPr>
          <w:rFonts w:ascii="Arial" w:hAnsi="Arial" w:cs="Arial"/>
          <w:sz w:val="24"/>
          <w:szCs w:val="24"/>
        </w:rPr>
        <w:br/>
      </w:r>
      <w:r w:rsidRPr="00525FBA">
        <w:rPr>
          <w:rFonts w:ascii="Arial" w:hAnsi="Arial" w:cs="Arial"/>
          <w:sz w:val="24"/>
          <w:szCs w:val="24"/>
        </w:rPr>
        <w:br/>
        <w:t>Assinatura: ________________________</w:t>
      </w:r>
      <w:r w:rsidR="00525FBA">
        <w:rPr>
          <w:rFonts w:ascii="Arial" w:hAnsi="Arial" w:cs="Arial"/>
          <w:sz w:val="24"/>
          <w:szCs w:val="24"/>
        </w:rPr>
        <w:t>____________________</w:t>
      </w:r>
    </w:p>
    <w:sectPr w:rsidR="00E2650B" w:rsidRPr="00525FBA" w:rsidSect="00525FBA">
      <w:pgSz w:w="12240" w:h="15840"/>
      <w:pgMar w:top="851" w:right="1800" w:bottom="709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46379200">
    <w:abstractNumId w:val="8"/>
  </w:num>
  <w:num w:numId="2" w16cid:durableId="2136673701">
    <w:abstractNumId w:val="6"/>
  </w:num>
  <w:num w:numId="3" w16cid:durableId="1957131725">
    <w:abstractNumId w:val="5"/>
  </w:num>
  <w:num w:numId="4" w16cid:durableId="1076630193">
    <w:abstractNumId w:val="4"/>
  </w:num>
  <w:num w:numId="5" w16cid:durableId="132600496">
    <w:abstractNumId w:val="7"/>
  </w:num>
  <w:num w:numId="6" w16cid:durableId="229969043">
    <w:abstractNumId w:val="3"/>
  </w:num>
  <w:num w:numId="7" w16cid:durableId="1623338092">
    <w:abstractNumId w:val="2"/>
  </w:num>
  <w:num w:numId="8" w16cid:durableId="911696835">
    <w:abstractNumId w:val="1"/>
  </w:num>
  <w:num w:numId="9" w16cid:durableId="1080254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A2CAE"/>
    <w:rsid w:val="002E4005"/>
    <w:rsid w:val="00326F90"/>
    <w:rsid w:val="00525FBA"/>
    <w:rsid w:val="0088205B"/>
    <w:rsid w:val="00AA1D8D"/>
    <w:rsid w:val="00B47730"/>
    <w:rsid w:val="00CB0664"/>
    <w:rsid w:val="00E2650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92AFCA"/>
  <w14:defaultImageDpi w14:val="300"/>
  <w15:docId w15:val="{7EEE79D3-B12D-493A-954C-260127A2E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Diego Chagas dos Santos</cp:lastModifiedBy>
  <cp:revision>4</cp:revision>
  <dcterms:created xsi:type="dcterms:W3CDTF">2013-12-23T23:15:00Z</dcterms:created>
  <dcterms:modified xsi:type="dcterms:W3CDTF">2026-07-20T20:24:00Z</dcterms:modified>
  <cp:category/>
</cp:coreProperties>
</file>